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724EB" w:rsidRPr="004724EB" w:rsidRDefault="004724EB" w:rsidP="004724EB">
      <w:pPr>
        <w:jc w:val="center"/>
        <w:rPr>
          <w:sz w:val="28"/>
          <w:szCs w:val="28"/>
        </w:rPr>
      </w:pPr>
      <w:proofErr w:type="spellStart"/>
      <w:r w:rsidRPr="004724EB">
        <w:rPr>
          <w:b/>
          <w:sz w:val="28"/>
          <w:szCs w:val="28"/>
        </w:rPr>
        <w:t>Formularz</w:t>
      </w:r>
      <w:proofErr w:type="spellEnd"/>
      <w:r w:rsidRPr="004724EB">
        <w:rPr>
          <w:b/>
          <w:sz w:val="28"/>
          <w:szCs w:val="28"/>
        </w:rPr>
        <w:t xml:space="preserve"> </w:t>
      </w:r>
      <w:proofErr w:type="spellStart"/>
      <w:r w:rsidRPr="004724EB">
        <w:rPr>
          <w:b/>
          <w:sz w:val="28"/>
          <w:szCs w:val="28"/>
        </w:rPr>
        <w:t>planu</w:t>
      </w:r>
      <w:proofErr w:type="spellEnd"/>
      <w:r w:rsidRPr="004724EB">
        <w:rPr>
          <w:b/>
          <w:sz w:val="28"/>
          <w:szCs w:val="28"/>
        </w:rPr>
        <w:t xml:space="preserve"> </w:t>
      </w:r>
      <w:proofErr w:type="spellStart"/>
      <w:r w:rsidRPr="004724EB">
        <w:rPr>
          <w:b/>
          <w:sz w:val="28"/>
          <w:szCs w:val="28"/>
        </w:rPr>
        <w:t>wydarzenia</w:t>
      </w:r>
      <w:proofErr w:type="spellEnd"/>
      <w:r w:rsidRPr="004724EB">
        <w:rPr>
          <w:b/>
          <w:sz w:val="28"/>
          <w:szCs w:val="28"/>
        </w:rPr>
        <w:t xml:space="preserve"> KGW</w:t>
      </w:r>
    </w:p>
    <w:p w:rsidR="004724EB" w:rsidRPr="004724EB" w:rsidRDefault="004724EB" w:rsidP="004724EB">
      <w:pPr>
        <w:rPr>
          <w:sz w:val="24"/>
          <w:szCs w:val="24"/>
        </w:rPr>
      </w:pPr>
    </w:p>
    <w:p w:rsidR="004724EB" w:rsidRPr="004724EB" w:rsidRDefault="004724EB" w:rsidP="004724EB">
      <w:pPr>
        <w:spacing w:after="240"/>
        <w:rPr>
          <w:sz w:val="24"/>
          <w:szCs w:val="24"/>
        </w:rPr>
      </w:pPr>
      <w:proofErr w:type="spellStart"/>
      <w:r w:rsidRPr="004724EB">
        <w:rPr>
          <w:sz w:val="24"/>
          <w:szCs w:val="24"/>
        </w:rPr>
        <w:t>Nazwa</w:t>
      </w:r>
      <w:proofErr w:type="spellEnd"/>
      <w:r w:rsidRPr="004724EB">
        <w:rPr>
          <w:sz w:val="24"/>
          <w:szCs w:val="24"/>
        </w:rPr>
        <w:t xml:space="preserve"> </w:t>
      </w:r>
      <w:proofErr w:type="spellStart"/>
      <w:r w:rsidRPr="004724EB">
        <w:rPr>
          <w:sz w:val="24"/>
          <w:szCs w:val="24"/>
        </w:rPr>
        <w:t>wydarzenia</w:t>
      </w:r>
      <w:proofErr w:type="spellEnd"/>
      <w:r w:rsidRPr="004724EB">
        <w:rPr>
          <w:sz w:val="24"/>
          <w:szCs w:val="24"/>
        </w:rPr>
        <w:t>: ..................................................................................</w:t>
      </w:r>
      <w:r>
        <w:rPr>
          <w:sz w:val="24"/>
          <w:szCs w:val="24"/>
        </w:rPr>
        <w:t>............................................</w:t>
      </w:r>
      <w:bookmarkStart w:id="0" w:name="_GoBack"/>
      <w:bookmarkEnd w:id="0"/>
    </w:p>
    <w:p w:rsidR="004724EB" w:rsidRPr="004724EB" w:rsidRDefault="004724EB" w:rsidP="004724EB">
      <w:pPr>
        <w:spacing w:after="240"/>
        <w:rPr>
          <w:sz w:val="24"/>
          <w:szCs w:val="24"/>
        </w:rPr>
      </w:pPr>
      <w:r w:rsidRPr="004724EB">
        <w:rPr>
          <w:sz w:val="24"/>
          <w:szCs w:val="24"/>
        </w:rPr>
        <w:t xml:space="preserve">Data i </w:t>
      </w:r>
      <w:proofErr w:type="spellStart"/>
      <w:r w:rsidRPr="004724EB">
        <w:rPr>
          <w:sz w:val="24"/>
          <w:szCs w:val="24"/>
        </w:rPr>
        <w:t>miejsce</w:t>
      </w:r>
      <w:proofErr w:type="spellEnd"/>
      <w:r w:rsidRPr="004724EB">
        <w:rPr>
          <w:sz w:val="24"/>
          <w:szCs w:val="24"/>
        </w:rPr>
        <w:t>: .......................................................................................</w:t>
      </w:r>
      <w:r>
        <w:rPr>
          <w:sz w:val="24"/>
          <w:szCs w:val="24"/>
        </w:rPr>
        <w:t>..................................................</w:t>
      </w:r>
    </w:p>
    <w:p w:rsidR="004724EB" w:rsidRDefault="004724EB" w:rsidP="004724EB">
      <w:pPr>
        <w:spacing w:after="240"/>
        <w:rPr>
          <w:sz w:val="24"/>
          <w:szCs w:val="24"/>
        </w:rPr>
      </w:pPr>
      <w:proofErr w:type="spellStart"/>
      <w:r w:rsidRPr="004724EB">
        <w:rPr>
          <w:sz w:val="24"/>
          <w:szCs w:val="24"/>
        </w:rPr>
        <w:t>Cel</w:t>
      </w:r>
      <w:proofErr w:type="spellEnd"/>
      <w:r w:rsidRPr="004724EB">
        <w:rPr>
          <w:sz w:val="24"/>
          <w:szCs w:val="24"/>
        </w:rPr>
        <w:t xml:space="preserve"> </w:t>
      </w:r>
      <w:proofErr w:type="spellStart"/>
      <w:r w:rsidRPr="004724EB">
        <w:rPr>
          <w:sz w:val="24"/>
          <w:szCs w:val="24"/>
        </w:rPr>
        <w:t>wydarzenia</w:t>
      </w:r>
      <w:proofErr w:type="spellEnd"/>
      <w:r w:rsidRPr="004724EB">
        <w:rPr>
          <w:sz w:val="24"/>
          <w:szCs w:val="24"/>
        </w:rPr>
        <w:t>: .....................................................................................</w:t>
      </w:r>
      <w:r>
        <w:rPr>
          <w:sz w:val="24"/>
          <w:szCs w:val="24"/>
        </w:rPr>
        <w:t>..................................................</w:t>
      </w:r>
    </w:p>
    <w:p w:rsidR="004724EB" w:rsidRPr="004724EB" w:rsidRDefault="004724EB" w:rsidP="004724EB">
      <w:pPr>
        <w:spacing w:after="240"/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…………………………………………………………………………………………………………………………</w:t>
      </w:r>
    </w:p>
    <w:p w:rsidR="004724EB" w:rsidRPr="004724EB" w:rsidRDefault="004724EB" w:rsidP="004724EB">
      <w:pPr>
        <w:spacing w:after="240"/>
        <w:rPr>
          <w:sz w:val="24"/>
          <w:szCs w:val="24"/>
        </w:rPr>
      </w:pPr>
      <w:proofErr w:type="spellStart"/>
      <w:r w:rsidRPr="004724EB">
        <w:rPr>
          <w:sz w:val="24"/>
          <w:szCs w:val="24"/>
        </w:rPr>
        <w:t>Krótki</w:t>
      </w:r>
      <w:proofErr w:type="spellEnd"/>
      <w:r w:rsidRPr="004724EB">
        <w:rPr>
          <w:sz w:val="24"/>
          <w:szCs w:val="24"/>
        </w:rPr>
        <w:t xml:space="preserve"> </w:t>
      </w:r>
      <w:proofErr w:type="spellStart"/>
      <w:r w:rsidRPr="004724EB">
        <w:rPr>
          <w:sz w:val="24"/>
          <w:szCs w:val="24"/>
        </w:rPr>
        <w:t>opis</w:t>
      </w:r>
      <w:proofErr w:type="spellEnd"/>
      <w:r w:rsidRPr="004724EB">
        <w:rPr>
          <w:sz w:val="24"/>
          <w:szCs w:val="24"/>
        </w:rPr>
        <w:t xml:space="preserve"> </w:t>
      </w:r>
      <w:proofErr w:type="spellStart"/>
      <w:r w:rsidRPr="004724EB">
        <w:rPr>
          <w:sz w:val="24"/>
          <w:szCs w:val="24"/>
        </w:rPr>
        <w:t>programu</w:t>
      </w:r>
      <w:proofErr w:type="spellEnd"/>
      <w:r w:rsidRPr="004724EB">
        <w:rPr>
          <w:sz w:val="24"/>
          <w:szCs w:val="24"/>
        </w:rPr>
        <w:t>: .............................................................................</w:t>
      </w:r>
    </w:p>
    <w:p w:rsidR="004724EB" w:rsidRPr="004724EB" w:rsidRDefault="004724EB" w:rsidP="004724EB">
      <w:pPr>
        <w:spacing w:after="240"/>
        <w:rPr>
          <w:sz w:val="24"/>
          <w:szCs w:val="24"/>
        </w:rPr>
      </w:pPr>
      <w:proofErr w:type="spellStart"/>
      <w:r w:rsidRPr="004724EB">
        <w:rPr>
          <w:sz w:val="24"/>
          <w:szCs w:val="24"/>
        </w:rPr>
        <w:t>Grupa</w:t>
      </w:r>
      <w:proofErr w:type="spellEnd"/>
      <w:r w:rsidRPr="004724EB">
        <w:rPr>
          <w:sz w:val="24"/>
          <w:szCs w:val="24"/>
        </w:rPr>
        <w:t xml:space="preserve"> </w:t>
      </w:r>
      <w:proofErr w:type="spellStart"/>
      <w:r w:rsidRPr="004724EB">
        <w:rPr>
          <w:sz w:val="24"/>
          <w:szCs w:val="24"/>
        </w:rPr>
        <w:t>docelowa</w:t>
      </w:r>
      <w:proofErr w:type="spellEnd"/>
      <w:r w:rsidRPr="004724EB">
        <w:rPr>
          <w:sz w:val="24"/>
          <w:szCs w:val="24"/>
        </w:rPr>
        <w:t xml:space="preserve"> (</w:t>
      </w:r>
      <w:proofErr w:type="spellStart"/>
      <w:r w:rsidRPr="004724EB">
        <w:rPr>
          <w:sz w:val="24"/>
          <w:szCs w:val="24"/>
        </w:rPr>
        <w:t>uczestnicy</w:t>
      </w:r>
      <w:proofErr w:type="spellEnd"/>
      <w:r w:rsidRPr="004724EB">
        <w:rPr>
          <w:sz w:val="24"/>
          <w:szCs w:val="24"/>
        </w:rPr>
        <w:t>): ................................................................</w:t>
      </w:r>
    </w:p>
    <w:p w:rsidR="004724EB" w:rsidRPr="004724EB" w:rsidRDefault="004724EB" w:rsidP="004724EB">
      <w:pPr>
        <w:spacing w:after="240"/>
        <w:rPr>
          <w:sz w:val="24"/>
          <w:szCs w:val="24"/>
        </w:rPr>
      </w:pPr>
      <w:proofErr w:type="spellStart"/>
      <w:r w:rsidRPr="004724EB">
        <w:rPr>
          <w:sz w:val="24"/>
          <w:szCs w:val="24"/>
        </w:rPr>
        <w:t>Zakładane</w:t>
      </w:r>
      <w:proofErr w:type="spellEnd"/>
      <w:r w:rsidRPr="004724EB">
        <w:rPr>
          <w:sz w:val="24"/>
          <w:szCs w:val="24"/>
        </w:rPr>
        <w:t xml:space="preserve"> </w:t>
      </w:r>
      <w:proofErr w:type="spellStart"/>
      <w:r w:rsidRPr="004724EB">
        <w:rPr>
          <w:sz w:val="24"/>
          <w:szCs w:val="24"/>
        </w:rPr>
        <w:t>wydatki</w:t>
      </w:r>
      <w:proofErr w:type="spellEnd"/>
      <w:r w:rsidRPr="004724EB">
        <w:rPr>
          <w:sz w:val="24"/>
          <w:szCs w:val="24"/>
        </w:rPr>
        <w:t xml:space="preserve"> (z </w:t>
      </w:r>
      <w:proofErr w:type="spellStart"/>
      <w:r w:rsidRPr="004724EB">
        <w:rPr>
          <w:sz w:val="24"/>
          <w:szCs w:val="24"/>
        </w:rPr>
        <w:t>dotacji</w:t>
      </w:r>
      <w:proofErr w:type="spellEnd"/>
      <w:r w:rsidRPr="004724EB">
        <w:rPr>
          <w:sz w:val="24"/>
          <w:szCs w:val="24"/>
        </w:rPr>
        <w:t xml:space="preserve"> </w:t>
      </w:r>
      <w:proofErr w:type="spellStart"/>
      <w:r w:rsidRPr="004724EB">
        <w:rPr>
          <w:sz w:val="24"/>
          <w:szCs w:val="24"/>
        </w:rPr>
        <w:t>ARiMR</w:t>
      </w:r>
      <w:proofErr w:type="spellEnd"/>
      <w:r w:rsidRPr="004724EB">
        <w:rPr>
          <w:sz w:val="24"/>
          <w:szCs w:val="24"/>
        </w:rPr>
        <w:t>):</w:t>
      </w:r>
    </w:p>
    <w:p w:rsidR="004724EB" w:rsidRPr="004724EB" w:rsidRDefault="004724EB" w:rsidP="004724EB">
      <w:pPr>
        <w:spacing w:after="240"/>
        <w:rPr>
          <w:sz w:val="24"/>
          <w:szCs w:val="24"/>
        </w:rPr>
      </w:pPr>
      <w:r w:rsidRPr="004724EB">
        <w:rPr>
          <w:sz w:val="24"/>
          <w:szCs w:val="24"/>
        </w:rPr>
        <w:t>1. .............................................................................................................</w:t>
      </w:r>
    </w:p>
    <w:p w:rsidR="004724EB" w:rsidRPr="004724EB" w:rsidRDefault="004724EB" w:rsidP="004724EB">
      <w:pPr>
        <w:spacing w:after="240"/>
        <w:rPr>
          <w:sz w:val="24"/>
          <w:szCs w:val="24"/>
        </w:rPr>
      </w:pPr>
      <w:r w:rsidRPr="004724EB">
        <w:rPr>
          <w:sz w:val="24"/>
          <w:szCs w:val="24"/>
        </w:rPr>
        <w:t>2. .............................................................................................................</w:t>
      </w:r>
    </w:p>
    <w:p w:rsidR="004724EB" w:rsidRPr="004724EB" w:rsidRDefault="004724EB" w:rsidP="004724EB">
      <w:pPr>
        <w:spacing w:after="240"/>
        <w:rPr>
          <w:sz w:val="24"/>
          <w:szCs w:val="24"/>
        </w:rPr>
      </w:pPr>
      <w:r w:rsidRPr="004724EB">
        <w:rPr>
          <w:sz w:val="24"/>
          <w:szCs w:val="24"/>
        </w:rPr>
        <w:t>3. .............................................................................................................</w:t>
      </w:r>
    </w:p>
    <w:p w:rsidR="004724EB" w:rsidRPr="004724EB" w:rsidRDefault="004724EB" w:rsidP="004724EB">
      <w:pPr>
        <w:spacing w:after="240"/>
        <w:rPr>
          <w:sz w:val="24"/>
          <w:szCs w:val="24"/>
        </w:rPr>
      </w:pPr>
      <w:proofErr w:type="spellStart"/>
      <w:r w:rsidRPr="004724EB">
        <w:rPr>
          <w:sz w:val="24"/>
          <w:szCs w:val="24"/>
        </w:rPr>
        <w:t>Osoba</w:t>
      </w:r>
      <w:proofErr w:type="spellEnd"/>
      <w:r w:rsidRPr="004724EB">
        <w:rPr>
          <w:sz w:val="24"/>
          <w:szCs w:val="24"/>
        </w:rPr>
        <w:t xml:space="preserve"> </w:t>
      </w:r>
      <w:proofErr w:type="spellStart"/>
      <w:r w:rsidRPr="004724EB">
        <w:rPr>
          <w:sz w:val="24"/>
          <w:szCs w:val="24"/>
        </w:rPr>
        <w:t>odpowiedzialna</w:t>
      </w:r>
      <w:proofErr w:type="spellEnd"/>
      <w:r w:rsidRPr="004724EB">
        <w:rPr>
          <w:sz w:val="24"/>
          <w:szCs w:val="24"/>
        </w:rPr>
        <w:t xml:space="preserve"> </w:t>
      </w:r>
      <w:proofErr w:type="spellStart"/>
      <w:r w:rsidRPr="004724EB">
        <w:rPr>
          <w:sz w:val="24"/>
          <w:szCs w:val="24"/>
        </w:rPr>
        <w:t>za</w:t>
      </w:r>
      <w:proofErr w:type="spellEnd"/>
      <w:r w:rsidRPr="004724EB">
        <w:rPr>
          <w:sz w:val="24"/>
          <w:szCs w:val="24"/>
        </w:rPr>
        <w:t xml:space="preserve"> </w:t>
      </w:r>
      <w:proofErr w:type="spellStart"/>
      <w:r w:rsidRPr="004724EB">
        <w:rPr>
          <w:sz w:val="24"/>
          <w:szCs w:val="24"/>
        </w:rPr>
        <w:t>realizację</w:t>
      </w:r>
      <w:proofErr w:type="spellEnd"/>
      <w:r w:rsidRPr="004724EB">
        <w:rPr>
          <w:sz w:val="24"/>
          <w:szCs w:val="24"/>
        </w:rPr>
        <w:t>: .......................................................</w:t>
      </w:r>
    </w:p>
    <w:p w:rsidR="006E329B" w:rsidRPr="00EC78C6" w:rsidRDefault="006E329B">
      <w:pPr>
        <w:spacing w:after="240"/>
        <w:rPr>
          <w:sz w:val="24"/>
          <w:szCs w:val="24"/>
        </w:rPr>
      </w:pPr>
    </w:p>
    <w:sectPr w:rsidR="006E329B" w:rsidRPr="00EC78C6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anumerowana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anumerowana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apunktowana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apunktowana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anumerowan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apunktowan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4724EB"/>
    <w:rsid w:val="006E329B"/>
    <w:rsid w:val="00AA1D8D"/>
    <w:rsid w:val="00B47730"/>
    <w:rsid w:val="00CB0664"/>
    <w:rsid w:val="00EC78C6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C693F"/>
  </w:style>
  <w:style w:type="paragraph" w:styleId="Nagwek1">
    <w:name w:val="heading 1"/>
    <w:basedOn w:val="Normalny"/>
    <w:next w:val="Normalny"/>
    <w:link w:val="Nagwek1Znak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618BF"/>
  </w:style>
  <w:style w:type="paragraph" w:styleId="Stopka">
    <w:name w:val="footer"/>
    <w:basedOn w:val="Normalny"/>
    <w:link w:val="StopkaZnak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618BF"/>
  </w:style>
  <w:style w:type="paragraph" w:styleId="Bezodstpw">
    <w:name w:val="No Spacing"/>
    <w:uiPriority w:val="1"/>
    <w:qFormat/>
    <w:rsid w:val="00FC693F"/>
    <w:pPr>
      <w:spacing w:after="0" w:line="240" w:lineRule="auto"/>
    </w:pPr>
  </w:style>
  <w:style w:type="character" w:customStyle="1" w:styleId="Nagwek1Znak">
    <w:name w:val="Nagłówek 1 Znak"/>
    <w:basedOn w:val="Domylnaczcionkaakapitu"/>
    <w:link w:val="Nagwek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Nagwek2Znak">
    <w:name w:val="Nagłówek 2 Znak"/>
    <w:basedOn w:val="Domylnaczcionkaakapitu"/>
    <w:link w:val="Nagwek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Nagwek3Znak">
    <w:name w:val="Nagłówek 3 Znak"/>
    <w:basedOn w:val="Domylnaczcionkaakapitu"/>
    <w:link w:val="Nagwek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ytu">
    <w:name w:val="Title"/>
    <w:basedOn w:val="Normalny"/>
    <w:next w:val="Normalny"/>
    <w:link w:val="TytuZnak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ytuZnak">
    <w:name w:val="Tytuł Znak"/>
    <w:basedOn w:val="Domylnaczcionkaakapitu"/>
    <w:link w:val="Tytu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PodtytuZnak">
    <w:name w:val="Podtytuł Znak"/>
    <w:basedOn w:val="Domylnaczcionkaakapitu"/>
    <w:link w:val="Podtytu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kapitzlist">
    <w:name w:val="List Paragraph"/>
    <w:basedOn w:val="Normalny"/>
    <w:uiPriority w:val="34"/>
    <w:qFormat/>
    <w:rsid w:val="00FC693F"/>
    <w:pPr>
      <w:ind w:left="720"/>
      <w:contextualSpacing/>
    </w:pPr>
  </w:style>
  <w:style w:type="paragraph" w:styleId="Tekstpodstawowy">
    <w:name w:val="Body Text"/>
    <w:basedOn w:val="Normalny"/>
    <w:link w:val="TekstpodstawowyZnak"/>
    <w:uiPriority w:val="99"/>
    <w:unhideWhenUsed/>
    <w:rsid w:val="00AA1D8D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AA1D8D"/>
  </w:style>
  <w:style w:type="paragraph" w:styleId="Tekstpodstawowy2">
    <w:name w:val="Body Text 2"/>
    <w:basedOn w:val="Normalny"/>
    <w:link w:val="Tekstpodstawowy2Znak"/>
    <w:uiPriority w:val="99"/>
    <w:unhideWhenUsed/>
    <w:rsid w:val="00AA1D8D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AA1D8D"/>
  </w:style>
  <w:style w:type="paragraph" w:styleId="Tekstpodstawowy3">
    <w:name w:val="Body Text 3"/>
    <w:basedOn w:val="Normalny"/>
    <w:link w:val="Tekstpodstawowy3Znak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rsid w:val="00AA1D8D"/>
    <w:rPr>
      <w:sz w:val="16"/>
      <w:szCs w:val="16"/>
    </w:rPr>
  </w:style>
  <w:style w:type="paragraph" w:styleId="Lista">
    <w:name w:val="List"/>
    <w:basedOn w:val="Normalny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ny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ny"/>
    <w:uiPriority w:val="99"/>
    <w:unhideWhenUsed/>
    <w:rsid w:val="00326F90"/>
    <w:pPr>
      <w:ind w:left="1080" w:hanging="360"/>
      <w:contextualSpacing/>
    </w:pPr>
  </w:style>
  <w:style w:type="paragraph" w:styleId="Listapunktowana">
    <w:name w:val="List Bullet"/>
    <w:basedOn w:val="Normalny"/>
    <w:uiPriority w:val="99"/>
    <w:unhideWhenUsed/>
    <w:rsid w:val="00326F90"/>
    <w:pPr>
      <w:numPr>
        <w:numId w:val="1"/>
      </w:numPr>
      <w:contextualSpacing/>
    </w:pPr>
  </w:style>
  <w:style w:type="paragraph" w:styleId="Listapunktowana2">
    <w:name w:val="List Bullet 2"/>
    <w:basedOn w:val="Normalny"/>
    <w:uiPriority w:val="99"/>
    <w:unhideWhenUsed/>
    <w:rsid w:val="00326F90"/>
    <w:pPr>
      <w:numPr>
        <w:numId w:val="2"/>
      </w:numPr>
      <w:contextualSpacing/>
    </w:pPr>
  </w:style>
  <w:style w:type="paragraph" w:styleId="Listapunktowana3">
    <w:name w:val="List Bullet 3"/>
    <w:basedOn w:val="Normalny"/>
    <w:uiPriority w:val="99"/>
    <w:unhideWhenUsed/>
    <w:rsid w:val="00326F90"/>
    <w:pPr>
      <w:numPr>
        <w:numId w:val="3"/>
      </w:numPr>
      <w:contextualSpacing/>
    </w:pPr>
  </w:style>
  <w:style w:type="paragraph" w:styleId="Listanumerowana">
    <w:name w:val="List Number"/>
    <w:basedOn w:val="Normalny"/>
    <w:uiPriority w:val="99"/>
    <w:unhideWhenUsed/>
    <w:rsid w:val="00326F90"/>
    <w:pPr>
      <w:numPr>
        <w:numId w:val="5"/>
      </w:numPr>
      <w:contextualSpacing/>
    </w:pPr>
  </w:style>
  <w:style w:type="paragraph" w:styleId="Listanumerowana2">
    <w:name w:val="List Number 2"/>
    <w:basedOn w:val="Normalny"/>
    <w:uiPriority w:val="99"/>
    <w:unhideWhenUsed/>
    <w:rsid w:val="0029639D"/>
    <w:pPr>
      <w:numPr>
        <w:numId w:val="6"/>
      </w:numPr>
      <w:contextualSpacing/>
    </w:pPr>
  </w:style>
  <w:style w:type="paragraph" w:styleId="Listanumerowana3">
    <w:name w:val="List Number 3"/>
    <w:basedOn w:val="Normalny"/>
    <w:uiPriority w:val="99"/>
    <w:unhideWhenUsed/>
    <w:rsid w:val="0029639D"/>
    <w:pPr>
      <w:numPr>
        <w:numId w:val="7"/>
      </w:numPr>
      <w:contextualSpacing/>
    </w:pPr>
  </w:style>
  <w:style w:type="paragraph" w:styleId="Lista-kontynuacja">
    <w:name w:val="List Continue"/>
    <w:basedOn w:val="Normalny"/>
    <w:uiPriority w:val="99"/>
    <w:unhideWhenUsed/>
    <w:rsid w:val="0029639D"/>
    <w:pPr>
      <w:spacing w:after="120"/>
      <w:ind w:left="360"/>
      <w:contextualSpacing/>
    </w:pPr>
  </w:style>
  <w:style w:type="paragraph" w:styleId="Lista-kontynuacja2">
    <w:name w:val="List Continue 2"/>
    <w:basedOn w:val="Normalny"/>
    <w:uiPriority w:val="99"/>
    <w:unhideWhenUsed/>
    <w:rsid w:val="0029639D"/>
    <w:pPr>
      <w:spacing w:after="120"/>
      <w:ind w:left="720"/>
      <w:contextualSpacing/>
    </w:pPr>
  </w:style>
  <w:style w:type="paragraph" w:styleId="Lista-kontynuacja3">
    <w:name w:val="List Continue 3"/>
    <w:basedOn w:val="Normalny"/>
    <w:uiPriority w:val="99"/>
    <w:unhideWhenUsed/>
    <w:rsid w:val="0029639D"/>
    <w:pPr>
      <w:spacing w:after="120"/>
      <w:ind w:left="1080"/>
      <w:contextualSpacing/>
    </w:pPr>
  </w:style>
  <w:style w:type="paragraph" w:styleId="Tekstmakra">
    <w:name w:val="macro"/>
    <w:link w:val="TekstmakraZnak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kstmakraZnak">
    <w:name w:val="Tekst makra Znak"/>
    <w:basedOn w:val="Domylnaczcionkaakapitu"/>
    <w:link w:val="Tekstmakra"/>
    <w:uiPriority w:val="99"/>
    <w:rsid w:val="0029639D"/>
    <w:rPr>
      <w:rFonts w:ascii="Courier" w:hAnsi="Courier"/>
      <w:sz w:val="20"/>
      <w:szCs w:val="20"/>
    </w:rPr>
  </w:style>
  <w:style w:type="paragraph" w:styleId="Cytat">
    <w:name w:val="Quote"/>
    <w:basedOn w:val="Normalny"/>
    <w:next w:val="Normalny"/>
    <w:link w:val="CytatZnak"/>
    <w:uiPriority w:val="29"/>
    <w:qFormat/>
    <w:rsid w:val="00FC693F"/>
    <w:rPr>
      <w:i/>
      <w:iCs/>
      <w:color w:val="000000" w:themeColor="text1"/>
    </w:rPr>
  </w:style>
  <w:style w:type="character" w:customStyle="1" w:styleId="CytatZnak">
    <w:name w:val="Cytat Znak"/>
    <w:basedOn w:val="Domylnaczcionkaakapitu"/>
    <w:link w:val="Cytat"/>
    <w:uiPriority w:val="29"/>
    <w:rsid w:val="00FC693F"/>
    <w:rPr>
      <w:i/>
      <w:iCs/>
      <w:color w:val="000000" w:themeColor="text1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Legenda">
    <w:name w:val="caption"/>
    <w:basedOn w:val="Normalny"/>
    <w:next w:val="Normalny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Pogrubienie">
    <w:name w:val="Strong"/>
    <w:basedOn w:val="Domylnaczcionkaakapitu"/>
    <w:uiPriority w:val="22"/>
    <w:qFormat/>
    <w:rsid w:val="00FC693F"/>
    <w:rPr>
      <w:b/>
      <w:bCs/>
    </w:rPr>
  </w:style>
  <w:style w:type="character" w:styleId="Uwydatnienie">
    <w:name w:val="Emphasis"/>
    <w:basedOn w:val="Domylnaczcionkaakapitu"/>
    <w:uiPriority w:val="20"/>
    <w:qFormat/>
    <w:rsid w:val="00FC693F"/>
    <w:rPr>
      <w:i/>
      <w:iCs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FC693F"/>
    <w:rPr>
      <w:b/>
      <w:bCs/>
      <w:i/>
      <w:iCs/>
      <w:color w:val="4F81BD" w:themeColor="accent1"/>
    </w:rPr>
  </w:style>
  <w:style w:type="character" w:styleId="Wyrnieniedelikatne">
    <w:name w:val="Subtle Emphasis"/>
    <w:basedOn w:val="Domylnaczcionkaakapitu"/>
    <w:uiPriority w:val="19"/>
    <w:qFormat/>
    <w:rsid w:val="00FC693F"/>
    <w:rPr>
      <w:i/>
      <w:iCs/>
      <w:color w:val="808080" w:themeColor="text1" w:themeTint="7F"/>
    </w:rPr>
  </w:style>
  <w:style w:type="character" w:styleId="Wyrnienieintensywne">
    <w:name w:val="Intense Emphasis"/>
    <w:basedOn w:val="Domylnaczcionkaakapitu"/>
    <w:uiPriority w:val="21"/>
    <w:qFormat/>
    <w:rsid w:val="00FC693F"/>
    <w:rPr>
      <w:b/>
      <w:bCs/>
      <w:i/>
      <w:iCs/>
      <w:color w:val="4F81BD" w:themeColor="accent1"/>
    </w:rPr>
  </w:style>
  <w:style w:type="character" w:styleId="Odwoaniedelikatne">
    <w:name w:val="Subtle Reference"/>
    <w:basedOn w:val="Domylnaczcionkaakapitu"/>
    <w:uiPriority w:val="31"/>
    <w:qFormat/>
    <w:rsid w:val="00FC693F"/>
    <w:rPr>
      <w:smallCaps/>
      <w:color w:val="C0504D" w:themeColor="accent2"/>
      <w:u w:val="single"/>
    </w:rPr>
  </w:style>
  <w:style w:type="character" w:styleId="Odwoanieintensywne">
    <w:name w:val="Intense Reference"/>
    <w:basedOn w:val="Domylnaczcionkaakapitu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ytuksiki">
    <w:name w:val="Book Title"/>
    <w:basedOn w:val="Domylnaczcionkaakapitu"/>
    <w:uiPriority w:val="33"/>
    <w:qFormat/>
    <w:rsid w:val="00FC693F"/>
    <w:rPr>
      <w:b/>
      <w:bCs/>
      <w:smallCaps/>
      <w:spacing w:val="5"/>
    </w:rPr>
  </w:style>
  <w:style w:type="paragraph" w:styleId="Nagwekspisutreci">
    <w:name w:val="TOC Heading"/>
    <w:basedOn w:val="Nagwek1"/>
    <w:next w:val="Normalny"/>
    <w:uiPriority w:val="39"/>
    <w:semiHidden/>
    <w:unhideWhenUsed/>
    <w:qFormat/>
    <w:rsid w:val="00FC693F"/>
    <w:pPr>
      <w:outlineLvl w:val="9"/>
    </w:pPr>
  </w:style>
  <w:style w:type="table" w:styleId="Tabela-Siatka">
    <w:name w:val="Table Grid"/>
    <w:basedOn w:val="Standardowy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Jasnecieniowanie">
    <w:name w:val="Light Shading"/>
    <w:basedOn w:val="Standardowy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Jasnecieniowanieakcent1">
    <w:name w:val="Light Shading Accent 1"/>
    <w:basedOn w:val="Standardowy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Jasnecieniowanieakcent2">
    <w:name w:val="Light Shading Accent 2"/>
    <w:basedOn w:val="Standardowy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Jasnecieniowanieakcent3">
    <w:name w:val="Light Shading Accent 3"/>
    <w:basedOn w:val="Standardowy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Jasnecieniowanieakcent4">
    <w:name w:val="Light Shading Accent 4"/>
    <w:basedOn w:val="Standardowy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Jasnecieniowanieakcent5">
    <w:name w:val="Light Shading Accent 5"/>
    <w:basedOn w:val="Standardowy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Jasnecieniowanieakcent6">
    <w:name w:val="Light Shading Accent 6"/>
    <w:basedOn w:val="Standardowy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Jasnalista">
    <w:name w:val="Light List"/>
    <w:basedOn w:val="Standardowy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Jasnalistaakcent1">
    <w:name w:val="Light List Accent 1"/>
    <w:basedOn w:val="Standardowy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Jasnalistaakcent2">
    <w:name w:val="Light List Accent 2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Jasnalistaakcent3">
    <w:name w:val="Light List Accent 3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Jasnalistaakcent4">
    <w:name w:val="Light List Accent 4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Jasnalistaakcent5">
    <w:name w:val="Light List Accent 5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Jasnalistaakcent6">
    <w:name w:val="Light List Accent 6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Jasnasiatka">
    <w:name w:val="Light Grid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Jasnasiatkaakcent1">
    <w:name w:val="Light Grid Accent 1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Jasnasiatkaakcent2">
    <w:name w:val="Light Grid Accent 2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Jasnasiatkaakcent3">
    <w:name w:val="Light Grid Accent 3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Jasnasiatkaakcent4">
    <w:name w:val="Light Grid Accent 4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Jasnasiatkaakcent5">
    <w:name w:val="Light Grid Accent 5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Jasnasiatkaakcent6">
    <w:name w:val="Light Grid Accent 6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redniecieniowanie1">
    <w:name w:val="Medium Shading 1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1">
    <w:name w:val="Medium Shading 1 Accent 1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2">
    <w:name w:val="Medium Shading 1 Accent 2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3">
    <w:name w:val="Medium Shading 1 Accent 3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4">
    <w:name w:val="Medium Shading 1 Accent 4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5">
    <w:name w:val="Medium Shading 1 Accent 5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6">
    <w:name w:val="Medium Shading 1 Accent 6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2">
    <w:name w:val="Medium Shading 2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1">
    <w:name w:val="Medium Shading 2 Accent 1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2">
    <w:name w:val="Medium Shading 2 Accent 2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3">
    <w:name w:val="Medium Shading 2 Accent 3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4">
    <w:name w:val="Medium Shading 2 Accent 4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5">
    <w:name w:val="Medium Shading 2 Accent 5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6">
    <w:name w:val="Medium Shading 2 Accent 6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alista1">
    <w:name w:val="Medium List 1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rednialista1akcent1">
    <w:name w:val="Medium List 1 Accent 1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rednialista1akcent2">
    <w:name w:val="Medium List 1 Accent 2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rednialista1akcent3">
    <w:name w:val="Medium List 1 Accent 3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rednialista1akcent4">
    <w:name w:val="Medium List 1 Accent 4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rednialista1akcent5">
    <w:name w:val="Medium List 1 Accent 5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rednialista1akcent6">
    <w:name w:val="Medium List 1 Accent 6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rednialista2">
    <w:name w:val="Medium List 2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1">
    <w:name w:val="Medium List 2 Accent 1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2">
    <w:name w:val="Medium List 2 Accent 2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3">
    <w:name w:val="Medium List 2 Accent 3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4">
    <w:name w:val="Medium List 2 Accent 4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5">
    <w:name w:val="Medium List 2 Accent 5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6">
    <w:name w:val="Medium List 2 Accent 6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siatka1">
    <w:name w:val="Medium Grid 1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redniasiatka1akcent1">
    <w:name w:val="Medium Grid 1 Accent 1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redniasiatka1akcent2">
    <w:name w:val="Medium Grid 1 Accent 2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redniasiatka1akcent3">
    <w:name w:val="Medium Grid 1 Accent 3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dniasiatka1akcent4">
    <w:name w:val="Medium Grid 1 Accent 4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redniasiatka1akcent5">
    <w:name w:val="Medium Grid 1 Accent 5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redniasiatka1akcent6">
    <w:name w:val="Medium Grid 1 Accent 6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redniasiatka2">
    <w:name w:val="Medium Grid 2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1">
    <w:name w:val="Medium Grid 2 Accent 1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2">
    <w:name w:val="Medium Grid 2 Accent 2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3">
    <w:name w:val="Medium Grid 2 Accent 3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4">
    <w:name w:val="Medium Grid 2 Accent 4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5">
    <w:name w:val="Medium Grid 2 Accent 5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6">
    <w:name w:val="Medium Grid 2 Accent 6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3">
    <w:name w:val="Medium Grid 3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redniasiatka3akcent1">
    <w:name w:val="Medium Grid 3 Accent 1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redniasiatka3akcent2">
    <w:name w:val="Medium Grid 3 Accent 2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redniasiatka3akcent3">
    <w:name w:val="Medium Grid 3 Accent 3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redniasiatka3akcent4">
    <w:name w:val="Medium Grid 3 Accent 4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redniasiatka3akcent5">
    <w:name w:val="Medium Grid 3 Accent 5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redniasiatka3akcent6">
    <w:name w:val="Medium Grid 3 Accent 6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Ciemnalista">
    <w:name w:val="Dark List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Ciemnalista2akcent1">
    <w:name w:val="Dark List Accent 1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Ciemnalistaakcent2">
    <w:name w:val="Dark List Accent 2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Ciemnalistaakcent3">
    <w:name w:val="Dark List Accent 3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Ciemnalistaakcent4">
    <w:name w:val="Dark List Accent 4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Ciemnalistaakcent5">
    <w:name w:val="Dark List Accent 5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Ciemnalistaakcent6">
    <w:name w:val="Dark List Accent 6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Kolorowecieniowanie">
    <w:name w:val="Colorful Shading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1">
    <w:name w:val="Colorful Shading Accent 1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2">
    <w:name w:val="Colorful Shading Accent 2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3">
    <w:name w:val="Colorful Shading Accent 3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Kolorowecieniowanieakcent4">
    <w:name w:val="Colorful Shading Accent 4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5">
    <w:name w:val="Colorful Shading Accent 5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6">
    <w:name w:val="Colorful Shading Accent 6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alista">
    <w:name w:val="Colorful List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Kolorowalistaakcent1">
    <w:name w:val="Colorful List Accent 1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Kolorowalistaakcent2">
    <w:name w:val="Colorful List Accent 2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Kolorowalistaakcent3">
    <w:name w:val="Colorful List Accent 3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Kolorowalistaakcent4">
    <w:name w:val="Colorful List Accent 4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Kolorowalistaakcent5">
    <w:name w:val="Colorful List Accent 5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Kolorowalistaakcent6">
    <w:name w:val="Colorful List Accent 6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Kolorowasiatka">
    <w:name w:val="Colorful Grid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Kolorowasiatkaakcent1">
    <w:name w:val="Colorful Grid Accent 1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Kolorowasiatkaakcent2">
    <w:name w:val="Colorful Grid Accent 2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Kolorowasiatkaakcent3">
    <w:name w:val="Colorful Grid Accent 3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Kolorowasiatkaakcent4">
    <w:name w:val="Colorful Grid Accent 4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Kolorowasiatkaakcent5">
    <w:name w:val="Colorful Grid Accent 5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Kolorowasiatkaakcent6">
    <w:name w:val="Colorful Grid Accent 6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C693F"/>
  </w:style>
  <w:style w:type="paragraph" w:styleId="Nagwek1">
    <w:name w:val="heading 1"/>
    <w:basedOn w:val="Normalny"/>
    <w:next w:val="Normalny"/>
    <w:link w:val="Nagwek1Znak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618BF"/>
  </w:style>
  <w:style w:type="paragraph" w:styleId="Stopka">
    <w:name w:val="footer"/>
    <w:basedOn w:val="Normalny"/>
    <w:link w:val="StopkaZnak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618BF"/>
  </w:style>
  <w:style w:type="paragraph" w:styleId="Bezodstpw">
    <w:name w:val="No Spacing"/>
    <w:uiPriority w:val="1"/>
    <w:qFormat/>
    <w:rsid w:val="00FC693F"/>
    <w:pPr>
      <w:spacing w:after="0" w:line="240" w:lineRule="auto"/>
    </w:pPr>
  </w:style>
  <w:style w:type="character" w:customStyle="1" w:styleId="Nagwek1Znak">
    <w:name w:val="Nagłówek 1 Znak"/>
    <w:basedOn w:val="Domylnaczcionkaakapitu"/>
    <w:link w:val="Nagwek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Nagwek2Znak">
    <w:name w:val="Nagłówek 2 Znak"/>
    <w:basedOn w:val="Domylnaczcionkaakapitu"/>
    <w:link w:val="Nagwek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Nagwek3Znak">
    <w:name w:val="Nagłówek 3 Znak"/>
    <w:basedOn w:val="Domylnaczcionkaakapitu"/>
    <w:link w:val="Nagwek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ytu">
    <w:name w:val="Title"/>
    <w:basedOn w:val="Normalny"/>
    <w:next w:val="Normalny"/>
    <w:link w:val="TytuZnak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ytuZnak">
    <w:name w:val="Tytuł Znak"/>
    <w:basedOn w:val="Domylnaczcionkaakapitu"/>
    <w:link w:val="Tytu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PodtytuZnak">
    <w:name w:val="Podtytuł Znak"/>
    <w:basedOn w:val="Domylnaczcionkaakapitu"/>
    <w:link w:val="Podtytu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kapitzlist">
    <w:name w:val="List Paragraph"/>
    <w:basedOn w:val="Normalny"/>
    <w:uiPriority w:val="34"/>
    <w:qFormat/>
    <w:rsid w:val="00FC693F"/>
    <w:pPr>
      <w:ind w:left="720"/>
      <w:contextualSpacing/>
    </w:pPr>
  </w:style>
  <w:style w:type="paragraph" w:styleId="Tekstpodstawowy">
    <w:name w:val="Body Text"/>
    <w:basedOn w:val="Normalny"/>
    <w:link w:val="TekstpodstawowyZnak"/>
    <w:uiPriority w:val="99"/>
    <w:unhideWhenUsed/>
    <w:rsid w:val="00AA1D8D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AA1D8D"/>
  </w:style>
  <w:style w:type="paragraph" w:styleId="Tekstpodstawowy2">
    <w:name w:val="Body Text 2"/>
    <w:basedOn w:val="Normalny"/>
    <w:link w:val="Tekstpodstawowy2Znak"/>
    <w:uiPriority w:val="99"/>
    <w:unhideWhenUsed/>
    <w:rsid w:val="00AA1D8D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AA1D8D"/>
  </w:style>
  <w:style w:type="paragraph" w:styleId="Tekstpodstawowy3">
    <w:name w:val="Body Text 3"/>
    <w:basedOn w:val="Normalny"/>
    <w:link w:val="Tekstpodstawowy3Znak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rsid w:val="00AA1D8D"/>
    <w:rPr>
      <w:sz w:val="16"/>
      <w:szCs w:val="16"/>
    </w:rPr>
  </w:style>
  <w:style w:type="paragraph" w:styleId="Lista">
    <w:name w:val="List"/>
    <w:basedOn w:val="Normalny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ny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ny"/>
    <w:uiPriority w:val="99"/>
    <w:unhideWhenUsed/>
    <w:rsid w:val="00326F90"/>
    <w:pPr>
      <w:ind w:left="1080" w:hanging="360"/>
      <w:contextualSpacing/>
    </w:pPr>
  </w:style>
  <w:style w:type="paragraph" w:styleId="Listapunktowana">
    <w:name w:val="List Bullet"/>
    <w:basedOn w:val="Normalny"/>
    <w:uiPriority w:val="99"/>
    <w:unhideWhenUsed/>
    <w:rsid w:val="00326F90"/>
    <w:pPr>
      <w:numPr>
        <w:numId w:val="1"/>
      </w:numPr>
      <w:contextualSpacing/>
    </w:pPr>
  </w:style>
  <w:style w:type="paragraph" w:styleId="Listapunktowana2">
    <w:name w:val="List Bullet 2"/>
    <w:basedOn w:val="Normalny"/>
    <w:uiPriority w:val="99"/>
    <w:unhideWhenUsed/>
    <w:rsid w:val="00326F90"/>
    <w:pPr>
      <w:numPr>
        <w:numId w:val="2"/>
      </w:numPr>
      <w:contextualSpacing/>
    </w:pPr>
  </w:style>
  <w:style w:type="paragraph" w:styleId="Listapunktowana3">
    <w:name w:val="List Bullet 3"/>
    <w:basedOn w:val="Normalny"/>
    <w:uiPriority w:val="99"/>
    <w:unhideWhenUsed/>
    <w:rsid w:val="00326F90"/>
    <w:pPr>
      <w:numPr>
        <w:numId w:val="3"/>
      </w:numPr>
      <w:contextualSpacing/>
    </w:pPr>
  </w:style>
  <w:style w:type="paragraph" w:styleId="Listanumerowana">
    <w:name w:val="List Number"/>
    <w:basedOn w:val="Normalny"/>
    <w:uiPriority w:val="99"/>
    <w:unhideWhenUsed/>
    <w:rsid w:val="00326F90"/>
    <w:pPr>
      <w:numPr>
        <w:numId w:val="5"/>
      </w:numPr>
      <w:contextualSpacing/>
    </w:pPr>
  </w:style>
  <w:style w:type="paragraph" w:styleId="Listanumerowana2">
    <w:name w:val="List Number 2"/>
    <w:basedOn w:val="Normalny"/>
    <w:uiPriority w:val="99"/>
    <w:unhideWhenUsed/>
    <w:rsid w:val="0029639D"/>
    <w:pPr>
      <w:numPr>
        <w:numId w:val="6"/>
      </w:numPr>
      <w:contextualSpacing/>
    </w:pPr>
  </w:style>
  <w:style w:type="paragraph" w:styleId="Listanumerowana3">
    <w:name w:val="List Number 3"/>
    <w:basedOn w:val="Normalny"/>
    <w:uiPriority w:val="99"/>
    <w:unhideWhenUsed/>
    <w:rsid w:val="0029639D"/>
    <w:pPr>
      <w:numPr>
        <w:numId w:val="7"/>
      </w:numPr>
      <w:contextualSpacing/>
    </w:pPr>
  </w:style>
  <w:style w:type="paragraph" w:styleId="Lista-kontynuacja">
    <w:name w:val="List Continue"/>
    <w:basedOn w:val="Normalny"/>
    <w:uiPriority w:val="99"/>
    <w:unhideWhenUsed/>
    <w:rsid w:val="0029639D"/>
    <w:pPr>
      <w:spacing w:after="120"/>
      <w:ind w:left="360"/>
      <w:contextualSpacing/>
    </w:pPr>
  </w:style>
  <w:style w:type="paragraph" w:styleId="Lista-kontynuacja2">
    <w:name w:val="List Continue 2"/>
    <w:basedOn w:val="Normalny"/>
    <w:uiPriority w:val="99"/>
    <w:unhideWhenUsed/>
    <w:rsid w:val="0029639D"/>
    <w:pPr>
      <w:spacing w:after="120"/>
      <w:ind w:left="720"/>
      <w:contextualSpacing/>
    </w:pPr>
  </w:style>
  <w:style w:type="paragraph" w:styleId="Lista-kontynuacja3">
    <w:name w:val="List Continue 3"/>
    <w:basedOn w:val="Normalny"/>
    <w:uiPriority w:val="99"/>
    <w:unhideWhenUsed/>
    <w:rsid w:val="0029639D"/>
    <w:pPr>
      <w:spacing w:after="120"/>
      <w:ind w:left="1080"/>
      <w:contextualSpacing/>
    </w:pPr>
  </w:style>
  <w:style w:type="paragraph" w:styleId="Tekstmakra">
    <w:name w:val="macro"/>
    <w:link w:val="TekstmakraZnak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kstmakraZnak">
    <w:name w:val="Tekst makra Znak"/>
    <w:basedOn w:val="Domylnaczcionkaakapitu"/>
    <w:link w:val="Tekstmakra"/>
    <w:uiPriority w:val="99"/>
    <w:rsid w:val="0029639D"/>
    <w:rPr>
      <w:rFonts w:ascii="Courier" w:hAnsi="Courier"/>
      <w:sz w:val="20"/>
      <w:szCs w:val="20"/>
    </w:rPr>
  </w:style>
  <w:style w:type="paragraph" w:styleId="Cytat">
    <w:name w:val="Quote"/>
    <w:basedOn w:val="Normalny"/>
    <w:next w:val="Normalny"/>
    <w:link w:val="CytatZnak"/>
    <w:uiPriority w:val="29"/>
    <w:qFormat/>
    <w:rsid w:val="00FC693F"/>
    <w:rPr>
      <w:i/>
      <w:iCs/>
      <w:color w:val="000000" w:themeColor="text1"/>
    </w:rPr>
  </w:style>
  <w:style w:type="character" w:customStyle="1" w:styleId="CytatZnak">
    <w:name w:val="Cytat Znak"/>
    <w:basedOn w:val="Domylnaczcionkaakapitu"/>
    <w:link w:val="Cytat"/>
    <w:uiPriority w:val="29"/>
    <w:rsid w:val="00FC693F"/>
    <w:rPr>
      <w:i/>
      <w:iCs/>
      <w:color w:val="000000" w:themeColor="text1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Legenda">
    <w:name w:val="caption"/>
    <w:basedOn w:val="Normalny"/>
    <w:next w:val="Normalny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Pogrubienie">
    <w:name w:val="Strong"/>
    <w:basedOn w:val="Domylnaczcionkaakapitu"/>
    <w:uiPriority w:val="22"/>
    <w:qFormat/>
    <w:rsid w:val="00FC693F"/>
    <w:rPr>
      <w:b/>
      <w:bCs/>
    </w:rPr>
  </w:style>
  <w:style w:type="character" w:styleId="Uwydatnienie">
    <w:name w:val="Emphasis"/>
    <w:basedOn w:val="Domylnaczcionkaakapitu"/>
    <w:uiPriority w:val="20"/>
    <w:qFormat/>
    <w:rsid w:val="00FC693F"/>
    <w:rPr>
      <w:i/>
      <w:iCs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FC693F"/>
    <w:rPr>
      <w:b/>
      <w:bCs/>
      <w:i/>
      <w:iCs/>
      <w:color w:val="4F81BD" w:themeColor="accent1"/>
    </w:rPr>
  </w:style>
  <w:style w:type="character" w:styleId="Wyrnieniedelikatne">
    <w:name w:val="Subtle Emphasis"/>
    <w:basedOn w:val="Domylnaczcionkaakapitu"/>
    <w:uiPriority w:val="19"/>
    <w:qFormat/>
    <w:rsid w:val="00FC693F"/>
    <w:rPr>
      <w:i/>
      <w:iCs/>
      <w:color w:val="808080" w:themeColor="text1" w:themeTint="7F"/>
    </w:rPr>
  </w:style>
  <w:style w:type="character" w:styleId="Wyrnienieintensywne">
    <w:name w:val="Intense Emphasis"/>
    <w:basedOn w:val="Domylnaczcionkaakapitu"/>
    <w:uiPriority w:val="21"/>
    <w:qFormat/>
    <w:rsid w:val="00FC693F"/>
    <w:rPr>
      <w:b/>
      <w:bCs/>
      <w:i/>
      <w:iCs/>
      <w:color w:val="4F81BD" w:themeColor="accent1"/>
    </w:rPr>
  </w:style>
  <w:style w:type="character" w:styleId="Odwoaniedelikatne">
    <w:name w:val="Subtle Reference"/>
    <w:basedOn w:val="Domylnaczcionkaakapitu"/>
    <w:uiPriority w:val="31"/>
    <w:qFormat/>
    <w:rsid w:val="00FC693F"/>
    <w:rPr>
      <w:smallCaps/>
      <w:color w:val="C0504D" w:themeColor="accent2"/>
      <w:u w:val="single"/>
    </w:rPr>
  </w:style>
  <w:style w:type="character" w:styleId="Odwoanieintensywne">
    <w:name w:val="Intense Reference"/>
    <w:basedOn w:val="Domylnaczcionkaakapitu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ytuksiki">
    <w:name w:val="Book Title"/>
    <w:basedOn w:val="Domylnaczcionkaakapitu"/>
    <w:uiPriority w:val="33"/>
    <w:qFormat/>
    <w:rsid w:val="00FC693F"/>
    <w:rPr>
      <w:b/>
      <w:bCs/>
      <w:smallCaps/>
      <w:spacing w:val="5"/>
    </w:rPr>
  </w:style>
  <w:style w:type="paragraph" w:styleId="Nagwekspisutreci">
    <w:name w:val="TOC Heading"/>
    <w:basedOn w:val="Nagwek1"/>
    <w:next w:val="Normalny"/>
    <w:uiPriority w:val="39"/>
    <w:semiHidden/>
    <w:unhideWhenUsed/>
    <w:qFormat/>
    <w:rsid w:val="00FC693F"/>
    <w:pPr>
      <w:outlineLvl w:val="9"/>
    </w:pPr>
  </w:style>
  <w:style w:type="table" w:styleId="Tabela-Siatka">
    <w:name w:val="Table Grid"/>
    <w:basedOn w:val="Standardowy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Jasnecieniowanie">
    <w:name w:val="Light Shading"/>
    <w:basedOn w:val="Standardowy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Jasnecieniowanieakcent1">
    <w:name w:val="Light Shading Accent 1"/>
    <w:basedOn w:val="Standardowy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Jasnecieniowanieakcent2">
    <w:name w:val="Light Shading Accent 2"/>
    <w:basedOn w:val="Standardowy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Jasnecieniowanieakcent3">
    <w:name w:val="Light Shading Accent 3"/>
    <w:basedOn w:val="Standardowy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Jasnecieniowanieakcent4">
    <w:name w:val="Light Shading Accent 4"/>
    <w:basedOn w:val="Standardowy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Jasnecieniowanieakcent5">
    <w:name w:val="Light Shading Accent 5"/>
    <w:basedOn w:val="Standardowy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Jasnecieniowanieakcent6">
    <w:name w:val="Light Shading Accent 6"/>
    <w:basedOn w:val="Standardowy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Jasnalista">
    <w:name w:val="Light List"/>
    <w:basedOn w:val="Standardowy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Jasnalistaakcent1">
    <w:name w:val="Light List Accent 1"/>
    <w:basedOn w:val="Standardowy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Jasnalistaakcent2">
    <w:name w:val="Light List Accent 2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Jasnalistaakcent3">
    <w:name w:val="Light List Accent 3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Jasnalistaakcent4">
    <w:name w:val="Light List Accent 4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Jasnalistaakcent5">
    <w:name w:val="Light List Accent 5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Jasnalistaakcent6">
    <w:name w:val="Light List Accent 6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Jasnasiatka">
    <w:name w:val="Light Grid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Jasnasiatkaakcent1">
    <w:name w:val="Light Grid Accent 1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Jasnasiatkaakcent2">
    <w:name w:val="Light Grid Accent 2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Jasnasiatkaakcent3">
    <w:name w:val="Light Grid Accent 3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Jasnasiatkaakcent4">
    <w:name w:val="Light Grid Accent 4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Jasnasiatkaakcent5">
    <w:name w:val="Light Grid Accent 5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Jasnasiatkaakcent6">
    <w:name w:val="Light Grid Accent 6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redniecieniowanie1">
    <w:name w:val="Medium Shading 1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1">
    <w:name w:val="Medium Shading 1 Accent 1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2">
    <w:name w:val="Medium Shading 1 Accent 2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3">
    <w:name w:val="Medium Shading 1 Accent 3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4">
    <w:name w:val="Medium Shading 1 Accent 4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5">
    <w:name w:val="Medium Shading 1 Accent 5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6">
    <w:name w:val="Medium Shading 1 Accent 6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2">
    <w:name w:val="Medium Shading 2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1">
    <w:name w:val="Medium Shading 2 Accent 1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2">
    <w:name w:val="Medium Shading 2 Accent 2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3">
    <w:name w:val="Medium Shading 2 Accent 3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4">
    <w:name w:val="Medium Shading 2 Accent 4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5">
    <w:name w:val="Medium Shading 2 Accent 5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6">
    <w:name w:val="Medium Shading 2 Accent 6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alista1">
    <w:name w:val="Medium List 1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rednialista1akcent1">
    <w:name w:val="Medium List 1 Accent 1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rednialista1akcent2">
    <w:name w:val="Medium List 1 Accent 2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rednialista1akcent3">
    <w:name w:val="Medium List 1 Accent 3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rednialista1akcent4">
    <w:name w:val="Medium List 1 Accent 4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rednialista1akcent5">
    <w:name w:val="Medium List 1 Accent 5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rednialista1akcent6">
    <w:name w:val="Medium List 1 Accent 6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rednialista2">
    <w:name w:val="Medium List 2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1">
    <w:name w:val="Medium List 2 Accent 1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2">
    <w:name w:val="Medium List 2 Accent 2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3">
    <w:name w:val="Medium List 2 Accent 3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4">
    <w:name w:val="Medium List 2 Accent 4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5">
    <w:name w:val="Medium List 2 Accent 5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6">
    <w:name w:val="Medium List 2 Accent 6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siatka1">
    <w:name w:val="Medium Grid 1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redniasiatka1akcent1">
    <w:name w:val="Medium Grid 1 Accent 1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redniasiatka1akcent2">
    <w:name w:val="Medium Grid 1 Accent 2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redniasiatka1akcent3">
    <w:name w:val="Medium Grid 1 Accent 3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dniasiatka1akcent4">
    <w:name w:val="Medium Grid 1 Accent 4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redniasiatka1akcent5">
    <w:name w:val="Medium Grid 1 Accent 5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redniasiatka1akcent6">
    <w:name w:val="Medium Grid 1 Accent 6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redniasiatka2">
    <w:name w:val="Medium Grid 2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1">
    <w:name w:val="Medium Grid 2 Accent 1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2">
    <w:name w:val="Medium Grid 2 Accent 2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3">
    <w:name w:val="Medium Grid 2 Accent 3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4">
    <w:name w:val="Medium Grid 2 Accent 4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5">
    <w:name w:val="Medium Grid 2 Accent 5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6">
    <w:name w:val="Medium Grid 2 Accent 6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3">
    <w:name w:val="Medium Grid 3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redniasiatka3akcent1">
    <w:name w:val="Medium Grid 3 Accent 1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redniasiatka3akcent2">
    <w:name w:val="Medium Grid 3 Accent 2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redniasiatka3akcent3">
    <w:name w:val="Medium Grid 3 Accent 3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redniasiatka3akcent4">
    <w:name w:val="Medium Grid 3 Accent 4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redniasiatka3akcent5">
    <w:name w:val="Medium Grid 3 Accent 5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redniasiatka3akcent6">
    <w:name w:val="Medium Grid 3 Accent 6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Ciemnalista">
    <w:name w:val="Dark List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Ciemnalista2akcent1">
    <w:name w:val="Dark List Accent 1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Ciemnalistaakcent2">
    <w:name w:val="Dark List Accent 2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Ciemnalistaakcent3">
    <w:name w:val="Dark List Accent 3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Ciemnalistaakcent4">
    <w:name w:val="Dark List Accent 4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Ciemnalistaakcent5">
    <w:name w:val="Dark List Accent 5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Ciemnalistaakcent6">
    <w:name w:val="Dark List Accent 6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Kolorowecieniowanie">
    <w:name w:val="Colorful Shading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1">
    <w:name w:val="Colorful Shading Accent 1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2">
    <w:name w:val="Colorful Shading Accent 2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3">
    <w:name w:val="Colorful Shading Accent 3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Kolorowecieniowanieakcent4">
    <w:name w:val="Colorful Shading Accent 4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5">
    <w:name w:val="Colorful Shading Accent 5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6">
    <w:name w:val="Colorful Shading Accent 6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alista">
    <w:name w:val="Colorful List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Kolorowalistaakcent1">
    <w:name w:val="Colorful List Accent 1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Kolorowalistaakcent2">
    <w:name w:val="Colorful List Accent 2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Kolorowalistaakcent3">
    <w:name w:val="Colorful List Accent 3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Kolorowalistaakcent4">
    <w:name w:val="Colorful List Accent 4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Kolorowalistaakcent5">
    <w:name w:val="Colorful List Accent 5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Kolorowalistaakcent6">
    <w:name w:val="Colorful List Accent 6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Kolorowasiatka">
    <w:name w:val="Colorful Grid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Kolorowasiatkaakcent1">
    <w:name w:val="Colorful Grid Accent 1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Kolorowasiatkaakcent2">
    <w:name w:val="Colorful Grid Accent 2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Kolorowasiatkaakcent3">
    <w:name w:val="Colorful Grid Accent 3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Kolorowasiatkaakcent4">
    <w:name w:val="Colorful Grid Accent 4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Kolorowasiatkaakcent5">
    <w:name w:val="Colorful Grid Accent 5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Kolorowasiatkaakcent6">
    <w:name w:val="Colorful Grid Accent 6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F50B402E-B106-49AB-9A51-47C4031AA9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170</Words>
  <Characters>1023</Characters>
  <Application>Microsoft Office Word</Application>
  <DocSecurity>0</DocSecurity>
  <Lines>8</Lines>
  <Paragraphs>2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1191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python-docx</dc:creator>
  <dc:description>generated by python-docx</dc:description>
  <cp:lastModifiedBy>Kasia</cp:lastModifiedBy>
  <cp:revision>2</cp:revision>
  <dcterms:created xsi:type="dcterms:W3CDTF">2025-06-24T11:40:00Z</dcterms:created>
  <dcterms:modified xsi:type="dcterms:W3CDTF">2025-06-24T11:40:00Z</dcterms:modified>
</cp:coreProperties>
</file>