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29B" w:rsidRPr="00EC78C6" w:rsidRDefault="00EC78C6">
      <w:pPr>
        <w:jc w:val="center"/>
        <w:rPr>
          <w:sz w:val="32"/>
          <w:szCs w:val="32"/>
        </w:rPr>
      </w:pPr>
      <w:proofErr w:type="spellStart"/>
      <w:r w:rsidRPr="00EC78C6">
        <w:rPr>
          <w:b/>
          <w:sz w:val="32"/>
          <w:szCs w:val="32"/>
        </w:rPr>
        <w:t>Oświadczenie</w:t>
      </w:r>
      <w:proofErr w:type="spellEnd"/>
      <w:r w:rsidRPr="00EC78C6">
        <w:rPr>
          <w:b/>
          <w:sz w:val="32"/>
          <w:szCs w:val="32"/>
        </w:rPr>
        <w:t xml:space="preserve"> </w:t>
      </w:r>
      <w:proofErr w:type="spellStart"/>
      <w:r w:rsidRPr="00EC78C6">
        <w:rPr>
          <w:b/>
          <w:sz w:val="32"/>
          <w:szCs w:val="32"/>
        </w:rPr>
        <w:t>uczestnika</w:t>
      </w:r>
      <w:proofErr w:type="spellEnd"/>
      <w:r w:rsidRPr="00EC78C6">
        <w:rPr>
          <w:b/>
          <w:sz w:val="32"/>
          <w:szCs w:val="32"/>
        </w:rPr>
        <w:t xml:space="preserve"> </w:t>
      </w:r>
      <w:proofErr w:type="spellStart"/>
      <w:r w:rsidRPr="00EC78C6">
        <w:rPr>
          <w:b/>
          <w:sz w:val="32"/>
          <w:szCs w:val="32"/>
        </w:rPr>
        <w:t>wydarzenia</w:t>
      </w:r>
      <w:proofErr w:type="spellEnd"/>
    </w:p>
    <w:p w:rsidR="006E329B" w:rsidRPr="00EC78C6" w:rsidRDefault="006E329B">
      <w:pPr>
        <w:rPr>
          <w:sz w:val="24"/>
          <w:szCs w:val="24"/>
        </w:rPr>
      </w:pPr>
    </w:p>
    <w:p w:rsidR="006E329B" w:rsidRPr="00EC78C6" w:rsidRDefault="00EC78C6">
      <w:pPr>
        <w:spacing w:after="240"/>
        <w:rPr>
          <w:sz w:val="24"/>
          <w:szCs w:val="24"/>
        </w:rPr>
      </w:pPr>
      <w:r w:rsidRPr="00EC78C6">
        <w:rPr>
          <w:sz w:val="24"/>
          <w:szCs w:val="24"/>
        </w:rPr>
        <w:t>Ja, niżej podpisany/a, oświadczam,</w:t>
      </w:r>
      <w:r w:rsidRPr="00EC78C6">
        <w:rPr>
          <w:sz w:val="24"/>
          <w:szCs w:val="24"/>
        </w:rPr>
        <w:t xml:space="preserve"> że w dniu .................... wziąłem/wzięłam udział w wydarzeniu organizowanym przez Koło Gospodyń Wiejskich .................................................................</w:t>
      </w:r>
      <w:r>
        <w:rPr>
          <w:sz w:val="24"/>
          <w:szCs w:val="24"/>
        </w:rPr>
        <w:t>..............................................................................................................</w:t>
      </w:r>
      <w:bookmarkStart w:id="0" w:name="_GoBack"/>
      <w:bookmarkEnd w:id="0"/>
    </w:p>
    <w:p w:rsidR="006E329B" w:rsidRPr="00EC78C6" w:rsidRDefault="00EC78C6">
      <w:pPr>
        <w:spacing w:after="240"/>
        <w:rPr>
          <w:sz w:val="24"/>
          <w:szCs w:val="24"/>
        </w:rPr>
      </w:pPr>
      <w:r w:rsidRPr="00EC78C6">
        <w:rPr>
          <w:sz w:val="24"/>
          <w:szCs w:val="24"/>
        </w:rPr>
        <w:t>Nazwa wydarzenia: ............................................................</w:t>
      </w:r>
      <w:r w:rsidRPr="00EC78C6">
        <w:rPr>
          <w:sz w:val="24"/>
          <w:szCs w:val="24"/>
        </w:rPr>
        <w:t>......................</w:t>
      </w:r>
    </w:p>
    <w:p w:rsidR="006E329B" w:rsidRDefault="00EC78C6">
      <w:pPr>
        <w:spacing w:after="240"/>
        <w:rPr>
          <w:sz w:val="24"/>
          <w:szCs w:val="24"/>
        </w:rPr>
      </w:pPr>
      <w:r w:rsidRPr="00EC78C6">
        <w:rPr>
          <w:sz w:val="24"/>
          <w:szCs w:val="24"/>
        </w:rPr>
        <w:t>Cel wydarzenia: .....................................................................................</w:t>
      </w:r>
      <w:r>
        <w:rPr>
          <w:sz w:val="24"/>
          <w:szCs w:val="24"/>
        </w:rPr>
        <w:t>.....................................................</w:t>
      </w:r>
    </w:p>
    <w:p w:rsidR="00EC78C6" w:rsidRPr="00EC78C6" w:rsidRDefault="00EC78C6">
      <w:pPr>
        <w:spacing w:after="24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……………………………………………………………………………………………………………………………</w:t>
      </w:r>
    </w:p>
    <w:p w:rsidR="006E329B" w:rsidRPr="00EC78C6" w:rsidRDefault="00EC78C6">
      <w:pPr>
        <w:spacing w:after="240"/>
        <w:rPr>
          <w:sz w:val="24"/>
          <w:szCs w:val="24"/>
        </w:rPr>
      </w:pPr>
      <w:r w:rsidRPr="00EC78C6">
        <w:rPr>
          <w:sz w:val="24"/>
          <w:szCs w:val="24"/>
        </w:rPr>
        <w:t>Oświadczam, że uczestniczyłem/am w wydarzeniu jako mieszkaniec/mieszkanka miejscowości ............................................</w:t>
      </w:r>
      <w:r w:rsidRPr="00EC78C6">
        <w:rPr>
          <w:sz w:val="24"/>
          <w:szCs w:val="24"/>
        </w:rPr>
        <w:t>..........</w:t>
      </w:r>
    </w:p>
    <w:p w:rsidR="006E329B" w:rsidRPr="00EC78C6" w:rsidRDefault="00EC78C6">
      <w:pPr>
        <w:spacing w:after="240"/>
        <w:rPr>
          <w:sz w:val="24"/>
          <w:szCs w:val="24"/>
        </w:rPr>
      </w:pPr>
      <w:r w:rsidRPr="00EC78C6">
        <w:rPr>
          <w:sz w:val="24"/>
          <w:szCs w:val="24"/>
        </w:rPr>
        <w:t>......................................................</w:t>
      </w:r>
      <w:r>
        <w:rPr>
          <w:sz w:val="24"/>
          <w:szCs w:val="24"/>
        </w:rPr>
        <w:t>.........................................................................................................................</w:t>
      </w:r>
    </w:p>
    <w:p w:rsidR="006E329B" w:rsidRPr="00EC78C6" w:rsidRDefault="00EC78C6">
      <w:pPr>
        <w:spacing w:after="240"/>
        <w:rPr>
          <w:sz w:val="24"/>
          <w:szCs w:val="24"/>
        </w:rPr>
      </w:pPr>
      <w:r w:rsidRPr="00EC78C6">
        <w:rPr>
          <w:sz w:val="24"/>
          <w:szCs w:val="24"/>
        </w:rPr>
        <w:t>Podpis uczestnika</w:t>
      </w:r>
    </w:p>
    <w:sectPr w:rsidR="006E329B" w:rsidRPr="00EC78C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E329B"/>
    <w:rsid w:val="00AA1D8D"/>
    <w:rsid w:val="00B47730"/>
    <w:rsid w:val="00CB0664"/>
    <w:rsid w:val="00EC78C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05CFFDE-F9DC-4671-888D-4CF815731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856</Characters>
  <Application>Microsoft Office Word</Application>
  <DocSecurity>0</DocSecurity>
  <Lines>7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997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Kasia</cp:lastModifiedBy>
  <cp:revision>2</cp:revision>
  <dcterms:created xsi:type="dcterms:W3CDTF">2025-06-24T11:39:00Z</dcterms:created>
  <dcterms:modified xsi:type="dcterms:W3CDTF">2025-06-24T11:39:00Z</dcterms:modified>
</cp:coreProperties>
</file>